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مفهوم الحداثة عند ميخائيل نعيمة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بوهراوة آسية/ مودع سليمان (مشرفا)/ بومزبر كوثر/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