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كامل محمد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9789957161347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