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المبالغة إليادة  الجزائر لمفدي زكريا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بودرع/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