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سلوك المستهلك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عنابي بن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9789961006139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