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الغائب في وراية  (رمل الماية ) لـ''واسيني الأعرج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راضية/ زيادي شيبان فهيمة( مشرفا)/ وادي سهيلة/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