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منهجية كتابة المذكرات وأطروحات الدكتوراه في علوم الإعلام والإتصال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عظيمي/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9789961012512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المنهجية/ علوم الإتصال/ كتابة المذكرات/ كتابة الأطروحات/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