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رواية-''الشمس في علبة''-لـ:سعيدة هوارة-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جمال/ بونشادة نبيلة (مشرفا)/ مسكين عبد الغاني/ جريبع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