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المتغيرات الأقتصادية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ابراهيم  محمود/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9789957452421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المتغيرات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