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الترادف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محاط/ خليل عبد الكريم (مشرفا)/ نعيمة مخناش/ لطيفة سكفالي/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