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إليادة الجزائر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 عبد الرؤوف/ بوفاس عبد الحميد(مشرفا)/ بن عريفة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