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''خصائص شعر الهجاء عند أبي الطيب المتنبي ''''لا تشتر العبد  أنمودجا''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جازية/ حيدر اسمهان( مشرفا)/ سمير العابد/ حمزة عسكري/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