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السردية في رواية الشمعة و الدهاليز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علاوة قرميش/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