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بلاغة الإستفهام في إليادة الجزائر لمفدي زكرياء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رحمة بريشن/ بوفاس عبد الحميد(مشرفا)/ إيمان بنداس/ يمينة طيغة/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