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الثنائيات اللغوية:أصولها و إمتداداتها -مقاربة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قبايلي عبد الغاني (مشرفا)/ زلواش فريدة/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