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الإجتماعي في رواية زقاق المدق لنجيب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آمنة/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