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:''طيور في الظهيرة ''لمرزاق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عائشة قشود/ بن جامع يوسف (مشرفا)/ فايزة فريج/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