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فوضى الحواس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نجية/ بوقدح سعيدة (مشرفا)/ العايب أسماء/ شباط ليلى/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