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الخلفيات اللسانية للصناعة المعجمية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قعسيس/ عزوز عبد القادر (مشرفا)/ فراح برباش/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