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المفارقات الزمنية في رواية زهور الأزمنة المتوحشة لجلالي خلاص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العيفة أسماء/ حمادة فهيمة/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