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النداء في ديوان اللهب المقدس لمفدي زكرياء -دراسة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فضيلة سليخ/ بوفاس عبد الحميد(مشرفا)/ آمال مخناش/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