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المسائل النقدية في رسالة الغفران لأبي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نعيمة بلحمرة/ بن ذيب منير (مشرفا)/ صورية كشود/ لمياء سراط/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