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سيميائية:صورة العشق و الموت في قصيدة ''حيزية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عاشوري نسيمة/ عامر رضا (مشرفا)/ عميمور إيمان/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