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محمد البنا/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الدولة/ المالية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