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الطور الإبتدائي السنة الثالثة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ترعي وداد/ خليل عبد الكريم (مشرفا)/ مجو كريمة/ بلحلو ثلجة/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