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French dictionary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trayler/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Reference/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9781840224993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