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مكافحة الفساد الإداري والمالي -تجارب دول عربية وعالمية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طايبة نعيمة/ معارفي فريدة(مشرفا)/ بوعزة نظيرة(مشرفا)/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