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الخدمات البنكية الالكترونية في الجزائر واقع وتحديات دراسة حالة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بوالطوط عفاف/ عقون شراف(مشرفا)/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