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collocations in use advanced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Michael  McCarthy/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9780521707800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