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الاستراتيجي في اعداد الاستراتيجية التنافسية في المؤسسة الاقتصادية دراسة ميدانية بمؤسسة اتصالات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فطيمة/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