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استرجاع الرسم على القيمة المضافة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وسام/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