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السوق السندي في الجزائر خلال الفترة 2000-2011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بوسلوب أسماء/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