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البنكي لعمليات التجارة الخارجية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كيموش مسعودة/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