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Arms and the man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george bernard shaw/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9789953105185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