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diamond as big as the ritz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.Scott Fitzgeral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410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