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franklin's 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0582781612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