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misfits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Arthur Miller/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Adell book/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17*11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42085055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