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نظام تقييم الأداء بالتحفيز في المؤسسة الإستشفائية  الإخوة مغلاوي السبعة - بميلة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بوشنيتفة هاجر/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