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الخزينة العمومية بين النظرية والتطبيق : دراسة حالة : الخزينة العمومية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امل عنصر/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