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وأسواق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صابوني فارس/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