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سوق الأوراق المالية ودورها في تمويل المؤسسات الإقتصادية   دراسة حالة أسواق الأوراق المالية المغاربية  الجزائر ,تونس , 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صيفي بسمة/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