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تسوية الصفقات الخارجية عن طريق الاعتماد المستندي  دراسة حالة : ينك الفلاحة والتنمية الريفية - وكالة ميلة - 834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عريقة أحلام/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