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great gatsby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F.Scott Fitzgerald/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9780140623239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