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african stor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rnest hemingwa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203914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