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إستراتيجية ترقية المبيعات كنشاط تسويقي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بلعطار بسمة/ بوقجاني جنات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33012511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