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امكانية تطبيق نظام  محاسبة التكاليف المبني على الأنشطة (A-B-C) في المؤسسة الاقتصادية في الجزائردراسة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بجاوي يعقوب/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