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والاتصال واثرها على فعالية الاتصال في المنظمة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حمودي (مشرفا)/ مخبي اسحاق/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