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grapes of wrath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Steinbeck/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9781405862516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