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wordsworth/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14ed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9780582033696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