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الإستثمارات  الأجنبية المباشرة وإنعكاساتها على سوق العمل 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لمهشهش ياسر/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