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L'étude chimique du l'espéce allium cépa (cépa vulgaris  floribus)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MEDJALDI .W/ DERBAL Roukaya/ Mahmoud W/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5700111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